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40717" w:rsidRDefault="00000000">
      <w:pPr>
        <w:pStyle w:val="Ttulo1"/>
      </w:pPr>
      <w:r w:rsidRPr="00127BF9">
        <w:rPr>
          <w:sz w:val="32"/>
          <w:szCs w:val="32"/>
        </w:rPr>
        <w:t>Encuesta para Ayuntamientos de Aragón</w:t>
      </w:r>
      <w:r w:rsidRPr="00127BF9">
        <w:rPr>
          <w:sz w:val="32"/>
          <w:szCs w:val="32"/>
        </w:rPr>
        <w:br/>
      </w:r>
      <w:r>
        <w:t>Mapa de Entidades y Actividad Folclórica</w:t>
      </w:r>
    </w:p>
    <w:p w:rsidR="00640717" w:rsidRDefault="00000000" w:rsidP="00127BF9">
      <w:pPr>
        <w:jc w:val="both"/>
      </w:pPr>
      <w:r>
        <w:t xml:space="preserve">La Academia de las Artes del Folclore y de la Jota de Aragón está elaborando un mapa completo de la actividad folclórica en nuestro territorio. Le </w:t>
      </w:r>
      <w:proofErr w:type="spellStart"/>
      <w:r>
        <w:t>solicitamos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colaboración</w:t>
      </w:r>
      <w:proofErr w:type="spellEnd"/>
      <w:r>
        <w:t xml:space="preserve"> </w:t>
      </w:r>
      <w:proofErr w:type="spellStart"/>
      <w:r>
        <w:t>completando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breve </w:t>
      </w:r>
      <w:proofErr w:type="spellStart"/>
      <w:r>
        <w:t>encuesta</w:t>
      </w:r>
      <w:proofErr w:type="spellEnd"/>
      <w:r>
        <w:t>.</w:t>
      </w:r>
    </w:p>
    <w:p w:rsidR="00CA27C7" w:rsidRPr="00CA27C7" w:rsidRDefault="00CA27C7" w:rsidP="00CA27C7">
      <w:pPr>
        <w:spacing w:line="240" w:lineRule="auto"/>
        <w:jc w:val="both"/>
        <w:rPr>
          <w:sz w:val="21"/>
          <w:szCs w:val="21"/>
        </w:rPr>
      </w:pPr>
      <w:proofErr w:type="spellStart"/>
      <w:r w:rsidRPr="00CA27C7">
        <w:rPr>
          <w:sz w:val="21"/>
          <w:szCs w:val="21"/>
        </w:rPr>
        <w:t>Protección</w:t>
      </w:r>
      <w:proofErr w:type="spellEnd"/>
      <w:r w:rsidRPr="00CA27C7">
        <w:rPr>
          <w:sz w:val="21"/>
          <w:szCs w:val="21"/>
        </w:rPr>
        <w:t xml:space="preserve"> de </w:t>
      </w:r>
      <w:proofErr w:type="spellStart"/>
      <w:r w:rsidRPr="00CA27C7">
        <w:rPr>
          <w:sz w:val="21"/>
          <w:szCs w:val="21"/>
        </w:rPr>
        <w:t>datos</w:t>
      </w:r>
      <w:proofErr w:type="spellEnd"/>
      <w:r w:rsidRPr="00CA27C7">
        <w:rPr>
          <w:sz w:val="21"/>
          <w:szCs w:val="21"/>
        </w:rPr>
        <w:t xml:space="preserve">: Los </w:t>
      </w:r>
      <w:proofErr w:type="spellStart"/>
      <w:r w:rsidRPr="00CA27C7">
        <w:rPr>
          <w:sz w:val="21"/>
          <w:szCs w:val="21"/>
        </w:rPr>
        <w:t>datos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personales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recogidos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en</w:t>
      </w:r>
      <w:proofErr w:type="spellEnd"/>
      <w:r w:rsidRPr="00CA27C7">
        <w:rPr>
          <w:sz w:val="21"/>
          <w:szCs w:val="21"/>
        </w:rPr>
        <w:t xml:space="preserve"> este </w:t>
      </w:r>
      <w:proofErr w:type="spellStart"/>
      <w:r w:rsidRPr="00CA27C7">
        <w:rPr>
          <w:sz w:val="21"/>
          <w:szCs w:val="21"/>
        </w:rPr>
        <w:t>formulario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serán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incorporados</w:t>
      </w:r>
      <w:proofErr w:type="spellEnd"/>
      <w:r w:rsidRPr="00CA27C7">
        <w:rPr>
          <w:sz w:val="21"/>
          <w:szCs w:val="21"/>
        </w:rPr>
        <w:t xml:space="preserve"> a un </w:t>
      </w:r>
      <w:proofErr w:type="spellStart"/>
      <w:r w:rsidRPr="00CA27C7">
        <w:rPr>
          <w:sz w:val="21"/>
          <w:szCs w:val="21"/>
        </w:rPr>
        <w:t>fichero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responsabilidad</w:t>
      </w:r>
      <w:proofErr w:type="spellEnd"/>
      <w:r w:rsidRPr="00CA27C7">
        <w:rPr>
          <w:sz w:val="21"/>
          <w:szCs w:val="21"/>
        </w:rPr>
        <w:t xml:space="preserve"> de la Academia de las Artes del </w:t>
      </w:r>
      <w:proofErr w:type="spellStart"/>
      <w:r w:rsidRPr="00CA27C7">
        <w:rPr>
          <w:sz w:val="21"/>
          <w:szCs w:val="21"/>
        </w:rPr>
        <w:t>Folclore</w:t>
      </w:r>
      <w:proofErr w:type="spellEnd"/>
      <w:r w:rsidRPr="00CA27C7">
        <w:rPr>
          <w:sz w:val="21"/>
          <w:szCs w:val="21"/>
        </w:rPr>
        <w:t xml:space="preserve"> y de la Jota de Aragón, con la </w:t>
      </w:r>
      <w:proofErr w:type="spellStart"/>
      <w:r w:rsidRPr="00CA27C7">
        <w:rPr>
          <w:sz w:val="21"/>
          <w:szCs w:val="21"/>
        </w:rPr>
        <w:t>finalidad</w:t>
      </w:r>
      <w:proofErr w:type="spellEnd"/>
      <w:r w:rsidRPr="00CA27C7">
        <w:rPr>
          <w:sz w:val="21"/>
          <w:szCs w:val="21"/>
        </w:rPr>
        <w:t xml:space="preserve"> de </w:t>
      </w:r>
      <w:proofErr w:type="spellStart"/>
      <w:r w:rsidRPr="00CA27C7">
        <w:rPr>
          <w:sz w:val="21"/>
          <w:szCs w:val="21"/>
        </w:rPr>
        <w:t>elaborar</w:t>
      </w:r>
      <w:proofErr w:type="spellEnd"/>
      <w:r w:rsidRPr="00CA27C7">
        <w:rPr>
          <w:sz w:val="21"/>
          <w:szCs w:val="21"/>
        </w:rPr>
        <w:t xml:space="preserve"> un </w:t>
      </w:r>
      <w:proofErr w:type="spellStart"/>
      <w:r w:rsidRPr="00CA27C7">
        <w:rPr>
          <w:sz w:val="21"/>
          <w:szCs w:val="21"/>
        </w:rPr>
        <w:t>mapa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actualizado</w:t>
      </w:r>
      <w:proofErr w:type="spellEnd"/>
      <w:r w:rsidRPr="00CA27C7">
        <w:rPr>
          <w:sz w:val="21"/>
          <w:szCs w:val="21"/>
        </w:rPr>
        <w:t xml:space="preserve"> de </w:t>
      </w:r>
      <w:proofErr w:type="spellStart"/>
      <w:r w:rsidRPr="00CA27C7">
        <w:rPr>
          <w:sz w:val="21"/>
          <w:szCs w:val="21"/>
        </w:rPr>
        <w:t>entidades</w:t>
      </w:r>
      <w:proofErr w:type="spellEnd"/>
      <w:r w:rsidRPr="00CA27C7">
        <w:rPr>
          <w:sz w:val="21"/>
          <w:szCs w:val="21"/>
        </w:rPr>
        <w:t xml:space="preserve"> y </w:t>
      </w:r>
      <w:proofErr w:type="spellStart"/>
      <w:r w:rsidRPr="00CA27C7">
        <w:rPr>
          <w:sz w:val="21"/>
          <w:szCs w:val="21"/>
        </w:rPr>
        <w:t>actividades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folclóricas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en</w:t>
      </w:r>
      <w:proofErr w:type="spellEnd"/>
      <w:r w:rsidRPr="00CA27C7">
        <w:rPr>
          <w:sz w:val="21"/>
          <w:szCs w:val="21"/>
        </w:rPr>
        <w:t xml:space="preserve"> Aragón y </w:t>
      </w:r>
      <w:proofErr w:type="spellStart"/>
      <w:r w:rsidRPr="00CA27C7">
        <w:rPr>
          <w:sz w:val="21"/>
          <w:szCs w:val="21"/>
        </w:rPr>
        <w:t>establecer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comunicación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institucional</w:t>
      </w:r>
      <w:proofErr w:type="spellEnd"/>
      <w:r w:rsidRPr="00CA27C7">
        <w:rPr>
          <w:sz w:val="21"/>
          <w:szCs w:val="21"/>
        </w:rPr>
        <w:t xml:space="preserve">. Los </w:t>
      </w:r>
      <w:proofErr w:type="spellStart"/>
      <w:r w:rsidRPr="00CA27C7">
        <w:rPr>
          <w:sz w:val="21"/>
          <w:szCs w:val="21"/>
        </w:rPr>
        <w:t>datos</w:t>
      </w:r>
      <w:proofErr w:type="spellEnd"/>
      <w:r w:rsidRPr="00CA27C7">
        <w:rPr>
          <w:sz w:val="21"/>
          <w:szCs w:val="21"/>
        </w:rPr>
        <w:t xml:space="preserve"> no se </w:t>
      </w:r>
      <w:proofErr w:type="spellStart"/>
      <w:r w:rsidRPr="00CA27C7">
        <w:rPr>
          <w:sz w:val="21"/>
          <w:szCs w:val="21"/>
        </w:rPr>
        <w:t>cederán</w:t>
      </w:r>
      <w:proofErr w:type="spellEnd"/>
      <w:r w:rsidRPr="00CA27C7">
        <w:rPr>
          <w:sz w:val="21"/>
          <w:szCs w:val="21"/>
        </w:rPr>
        <w:t xml:space="preserve"> a </w:t>
      </w:r>
      <w:proofErr w:type="spellStart"/>
      <w:r w:rsidRPr="00CA27C7">
        <w:rPr>
          <w:sz w:val="21"/>
          <w:szCs w:val="21"/>
        </w:rPr>
        <w:t>terceros</w:t>
      </w:r>
      <w:proofErr w:type="spellEnd"/>
      <w:r w:rsidRPr="00CA27C7">
        <w:rPr>
          <w:sz w:val="21"/>
          <w:szCs w:val="21"/>
        </w:rPr>
        <w:t xml:space="preserve"> y se </w:t>
      </w:r>
      <w:proofErr w:type="spellStart"/>
      <w:r w:rsidRPr="00CA27C7">
        <w:rPr>
          <w:sz w:val="21"/>
          <w:szCs w:val="21"/>
        </w:rPr>
        <w:t>conservarán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mientras</w:t>
      </w:r>
      <w:proofErr w:type="spellEnd"/>
      <w:r w:rsidRPr="00CA27C7">
        <w:rPr>
          <w:sz w:val="21"/>
          <w:szCs w:val="21"/>
        </w:rPr>
        <w:t xml:space="preserve"> se </w:t>
      </w:r>
      <w:proofErr w:type="spellStart"/>
      <w:r w:rsidRPr="00CA27C7">
        <w:rPr>
          <w:sz w:val="21"/>
          <w:szCs w:val="21"/>
        </w:rPr>
        <w:t>mantenga</w:t>
      </w:r>
      <w:proofErr w:type="spellEnd"/>
      <w:r w:rsidRPr="00CA27C7">
        <w:rPr>
          <w:sz w:val="21"/>
          <w:szCs w:val="21"/>
        </w:rPr>
        <w:t xml:space="preserve"> la </w:t>
      </w:r>
      <w:proofErr w:type="spellStart"/>
      <w:r w:rsidRPr="00CA27C7">
        <w:rPr>
          <w:sz w:val="21"/>
          <w:szCs w:val="21"/>
        </w:rPr>
        <w:t>finalidad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descrita</w:t>
      </w:r>
      <w:proofErr w:type="spellEnd"/>
      <w:r w:rsidRPr="00CA27C7">
        <w:rPr>
          <w:sz w:val="21"/>
          <w:szCs w:val="21"/>
        </w:rPr>
        <w:t xml:space="preserve">. Puede </w:t>
      </w:r>
      <w:proofErr w:type="spellStart"/>
      <w:r w:rsidRPr="00CA27C7">
        <w:rPr>
          <w:sz w:val="21"/>
          <w:szCs w:val="21"/>
        </w:rPr>
        <w:t>ejercer</w:t>
      </w:r>
      <w:proofErr w:type="spellEnd"/>
      <w:r w:rsidRPr="00CA27C7">
        <w:rPr>
          <w:sz w:val="21"/>
          <w:szCs w:val="21"/>
        </w:rPr>
        <w:t xml:space="preserve"> sus derechos de </w:t>
      </w:r>
      <w:proofErr w:type="spellStart"/>
      <w:r w:rsidRPr="00CA27C7">
        <w:rPr>
          <w:sz w:val="21"/>
          <w:szCs w:val="21"/>
        </w:rPr>
        <w:t>acceso</w:t>
      </w:r>
      <w:proofErr w:type="spellEnd"/>
      <w:r w:rsidRPr="00CA27C7">
        <w:rPr>
          <w:sz w:val="21"/>
          <w:szCs w:val="21"/>
        </w:rPr>
        <w:t xml:space="preserve">, </w:t>
      </w:r>
      <w:proofErr w:type="spellStart"/>
      <w:r w:rsidRPr="00CA27C7">
        <w:rPr>
          <w:sz w:val="21"/>
          <w:szCs w:val="21"/>
        </w:rPr>
        <w:t>rectificación</w:t>
      </w:r>
      <w:proofErr w:type="spellEnd"/>
      <w:r w:rsidRPr="00CA27C7">
        <w:rPr>
          <w:sz w:val="21"/>
          <w:szCs w:val="21"/>
        </w:rPr>
        <w:t xml:space="preserve">, </w:t>
      </w:r>
      <w:proofErr w:type="spellStart"/>
      <w:r w:rsidRPr="00CA27C7">
        <w:rPr>
          <w:sz w:val="21"/>
          <w:szCs w:val="21"/>
        </w:rPr>
        <w:t>supresión</w:t>
      </w:r>
      <w:proofErr w:type="spellEnd"/>
      <w:r w:rsidRPr="00CA27C7">
        <w:rPr>
          <w:sz w:val="21"/>
          <w:szCs w:val="21"/>
        </w:rPr>
        <w:t xml:space="preserve">, </w:t>
      </w:r>
      <w:proofErr w:type="spellStart"/>
      <w:r w:rsidRPr="00CA27C7">
        <w:rPr>
          <w:sz w:val="21"/>
          <w:szCs w:val="21"/>
        </w:rPr>
        <w:t>limitación</w:t>
      </w:r>
      <w:proofErr w:type="spellEnd"/>
      <w:r w:rsidRPr="00CA27C7">
        <w:rPr>
          <w:sz w:val="21"/>
          <w:szCs w:val="21"/>
        </w:rPr>
        <w:t xml:space="preserve"> y </w:t>
      </w:r>
      <w:proofErr w:type="spellStart"/>
      <w:r w:rsidRPr="00CA27C7">
        <w:rPr>
          <w:sz w:val="21"/>
          <w:szCs w:val="21"/>
        </w:rPr>
        <w:t>oposición</w:t>
      </w:r>
      <w:proofErr w:type="spellEnd"/>
      <w:r w:rsidRPr="00CA27C7">
        <w:rPr>
          <w:sz w:val="21"/>
          <w:szCs w:val="21"/>
        </w:rPr>
        <w:t xml:space="preserve"> </w:t>
      </w:r>
      <w:proofErr w:type="spellStart"/>
      <w:r w:rsidRPr="00CA27C7">
        <w:rPr>
          <w:sz w:val="21"/>
          <w:szCs w:val="21"/>
        </w:rPr>
        <w:t>dirigiéndose</w:t>
      </w:r>
      <w:proofErr w:type="spellEnd"/>
      <w:r w:rsidRPr="00CA27C7">
        <w:rPr>
          <w:sz w:val="21"/>
          <w:szCs w:val="21"/>
        </w:rPr>
        <w:t xml:space="preserve"> a [info@academiadefolcloreyjota.com.</w:t>
      </w:r>
    </w:p>
    <w:p w:rsidR="00640717" w:rsidRDefault="00000000">
      <w:pPr>
        <w:pStyle w:val="Ttulo2"/>
      </w:pPr>
      <w:r>
        <w:t>Bloque 1. Identificación del municipio</w:t>
      </w:r>
    </w:p>
    <w:p w:rsidR="00640717" w:rsidRDefault="00000000">
      <w:r>
        <w:t>Nombre del municipio: ______________________</w:t>
      </w:r>
      <w:r w:rsidR="00127BF9">
        <w:t>_________________________________________________</w:t>
      </w:r>
      <w:r>
        <w:t>______</w:t>
      </w:r>
    </w:p>
    <w:p w:rsidR="00640717" w:rsidRDefault="00000000">
      <w:r>
        <w:t xml:space="preserve">Persona de </w:t>
      </w:r>
      <w:proofErr w:type="spellStart"/>
      <w:r>
        <w:t>contacto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ayuntamiento</w:t>
      </w:r>
      <w:proofErr w:type="spellEnd"/>
      <w:r>
        <w:t xml:space="preserve">: </w:t>
      </w:r>
      <w:r w:rsidR="00127BF9">
        <w:br/>
        <w:t xml:space="preserve">Nombre y </w:t>
      </w:r>
      <w:proofErr w:type="spellStart"/>
      <w:proofErr w:type="gramStart"/>
      <w:r w:rsidR="00127BF9">
        <w:t>Apellidos</w:t>
      </w:r>
      <w:proofErr w:type="spellEnd"/>
      <w:r w:rsidR="00127BF9">
        <w:t>:_</w:t>
      </w:r>
      <w:proofErr w:type="gramEnd"/>
      <w:r w:rsidR="00127BF9">
        <w:t xml:space="preserve">_________________________________________________ </w:t>
      </w:r>
      <w:proofErr w:type="gramStart"/>
      <w:r w:rsidR="00127BF9">
        <w:t>Cargo:_</w:t>
      </w:r>
      <w:proofErr w:type="gramEnd"/>
      <w:r w:rsidR="00127BF9">
        <w:t xml:space="preserve">_______________________ </w:t>
      </w:r>
      <w:proofErr w:type="gramStart"/>
      <w:r w:rsidR="00127BF9">
        <w:t>email:_</w:t>
      </w:r>
      <w:proofErr w:type="gramEnd"/>
      <w:r w:rsidR="00127BF9">
        <w:t>_________________</w:t>
      </w:r>
      <w:r>
        <w:t>____________</w:t>
      </w:r>
      <w:r w:rsidR="00127BF9">
        <w:t xml:space="preserve">________   </w:t>
      </w:r>
      <w:proofErr w:type="spellStart"/>
      <w:r w:rsidR="00127BF9">
        <w:t>Tfno</w:t>
      </w:r>
      <w:proofErr w:type="spellEnd"/>
      <w:proofErr w:type="gramStart"/>
      <w:r w:rsidR="00127BF9">
        <w:t>.:_</w:t>
      </w:r>
      <w:proofErr w:type="gramEnd"/>
      <w:r w:rsidR="00127BF9">
        <w:t>____________________</w:t>
      </w:r>
    </w:p>
    <w:p w:rsidR="00640717" w:rsidRDefault="00000000">
      <w:pPr>
        <w:pStyle w:val="Ttulo2"/>
      </w:pPr>
      <w:r>
        <w:t>Bloque 2. Música y Canto</w:t>
      </w:r>
    </w:p>
    <w:p w:rsidR="00640717" w:rsidRDefault="00000000">
      <w:r>
        <w:t>¿Existen en su municipio grupos, rondallas, coros o actividades relacionadas con la música y el canto folclórico?</w:t>
      </w:r>
    </w:p>
    <w:p w:rsidR="00640717" w:rsidRDefault="00000000">
      <w:r>
        <w:t>( ) Sí   ( ) No</w:t>
      </w:r>
    </w:p>
    <w:p w:rsidR="00640717" w:rsidRDefault="00000000">
      <w:r>
        <w:t>Si la respuesta es SÍ, complete la siguiente tabla: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9"/>
        <w:gridCol w:w="3017"/>
        <w:gridCol w:w="1366"/>
        <w:gridCol w:w="1531"/>
        <w:gridCol w:w="1483"/>
      </w:tblGrid>
      <w:tr w:rsidR="00640717" w:rsidRPr="002E439D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Nombre entidad</w:t>
            </w:r>
          </w:p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Tipo (</w:t>
            </w:r>
            <w:proofErr w:type="gramStart"/>
            <w:r w:rsidRPr="002E439D">
              <w:rPr>
                <w:b/>
                <w:bCs/>
              </w:rPr>
              <w:t>asoc./</w:t>
            </w:r>
            <w:proofErr w:type="gramEnd"/>
            <w:r w:rsidRPr="002E439D">
              <w:rPr>
                <w:b/>
                <w:bCs/>
              </w:rPr>
              <w:t>informal/municipal)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Año inicio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Nº miembros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Contacto</w:t>
            </w:r>
          </w:p>
        </w:tc>
      </w:tr>
      <w:tr w:rsidR="002E439D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</w:tr>
      <w:tr w:rsidR="002E439D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</w:tr>
      <w:tr w:rsidR="002E439D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</w:tr>
      <w:tr w:rsidR="00127BF9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</w:tr>
      <w:tr w:rsidR="00127BF9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</w:tr>
      <w:tr w:rsidR="002E439D" w:rsidTr="002E439D">
        <w:tc>
          <w:tcPr>
            <w:tcW w:w="1459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3017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1366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1531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1483" w:type="dxa"/>
            <w:tcBorders>
              <w:top w:val="single" w:sz="4" w:space="0" w:color="auto"/>
            </w:tcBorders>
          </w:tcPr>
          <w:p w:rsidR="002E439D" w:rsidRDefault="002E439D"/>
        </w:tc>
      </w:tr>
    </w:tbl>
    <w:p w:rsidR="00640717" w:rsidRDefault="00000000">
      <w:pPr>
        <w:pStyle w:val="Ttulo2"/>
      </w:pPr>
      <w:r>
        <w:lastRenderedPageBreak/>
        <w:t>Bloque 3. Baile y Danza</w:t>
      </w:r>
    </w:p>
    <w:p w:rsidR="00640717" w:rsidRDefault="00000000">
      <w:r>
        <w:t>¿Existen en su municipio grupos de baile, escuelas de danza o danzas tradicionales (paloteaos, contradanza, dances patronales…)?</w:t>
      </w:r>
    </w:p>
    <w:p w:rsidR="00640717" w:rsidRDefault="00000000">
      <w:r>
        <w:t>( ) Sí   ( ) No</w:t>
      </w:r>
    </w:p>
    <w:p w:rsidR="00640717" w:rsidRDefault="00000000">
      <w:r>
        <w:t>Si la respuesta es SÍ, complete la siguiente tabla: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9"/>
        <w:gridCol w:w="3017"/>
        <w:gridCol w:w="1366"/>
        <w:gridCol w:w="1531"/>
        <w:gridCol w:w="1483"/>
      </w:tblGrid>
      <w:tr w:rsidR="00640717" w:rsidRPr="002E439D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Nombre entidad</w:t>
            </w:r>
          </w:p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Tipo (</w:t>
            </w:r>
            <w:proofErr w:type="gramStart"/>
            <w:r w:rsidRPr="002E439D">
              <w:rPr>
                <w:b/>
                <w:bCs/>
              </w:rPr>
              <w:t>asoc./</w:t>
            </w:r>
            <w:proofErr w:type="gramEnd"/>
            <w:r w:rsidRPr="002E439D">
              <w:rPr>
                <w:b/>
                <w:bCs/>
              </w:rPr>
              <w:t>informal/municipal)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Año inicio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Nº miembros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Contacto</w:t>
            </w:r>
          </w:p>
        </w:tc>
      </w:tr>
      <w:tr w:rsidR="002E439D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</w:tr>
      <w:tr w:rsidR="002E439D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</w:tr>
      <w:tr w:rsidR="00127BF9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</w:tr>
      <w:tr w:rsidR="002E439D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</w:tr>
      <w:tr w:rsidR="00127BF9" w:rsidTr="002E439D"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3017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</w:tr>
      <w:tr w:rsidR="002E439D" w:rsidTr="002E439D">
        <w:tc>
          <w:tcPr>
            <w:tcW w:w="1459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3017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1366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1531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1483" w:type="dxa"/>
            <w:tcBorders>
              <w:top w:val="single" w:sz="4" w:space="0" w:color="auto"/>
            </w:tcBorders>
          </w:tcPr>
          <w:p w:rsidR="002E439D" w:rsidRDefault="002E439D"/>
        </w:tc>
      </w:tr>
    </w:tbl>
    <w:p w:rsidR="00640717" w:rsidRDefault="00000000">
      <w:pPr>
        <w:pStyle w:val="Ttulo2"/>
      </w:pPr>
      <w:r>
        <w:t>Bloque 4. Indumentaria</w:t>
      </w:r>
    </w:p>
    <w:p w:rsidR="00640717" w:rsidRDefault="00000000">
      <w:r>
        <w:t>¿Existen en su municipio asociaciones, talleres, artesanos o grupos vinculados a la indumentaria tradicional?</w:t>
      </w:r>
    </w:p>
    <w:p w:rsidR="00640717" w:rsidRDefault="00000000">
      <w:r>
        <w:t>( ) Sí   ( ) No</w:t>
      </w:r>
    </w:p>
    <w:p w:rsidR="00640717" w:rsidRDefault="00000000">
      <w:r>
        <w:t>Si la respuesta es SÍ, complete la siguiente tabla: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73"/>
        <w:gridCol w:w="2562"/>
        <w:gridCol w:w="1519"/>
        <w:gridCol w:w="1615"/>
        <w:gridCol w:w="1587"/>
      </w:tblGrid>
      <w:tr w:rsidR="00640717" w:rsidRPr="002E439D" w:rsidTr="002E439D"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Nombre entidad</w:t>
            </w:r>
          </w:p>
        </w:tc>
        <w:tc>
          <w:tcPr>
            <w:tcW w:w="2562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Tipo (</w:t>
            </w:r>
            <w:proofErr w:type="gramStart"/>
            <w:r w:rsidRPr="002E439D">
              <w:rPr>
                <w:b/>
                <w:bCs/>
              </w:rPr>
              <w:t>asoc./</w:t>
            </w:r>
            <w:proofErr w:type="gramEnd"/>
            <w:r w:rsidRPr="002E439D">
              <w:rPr>
                <w:b/>
                <w:bCs/>
              </w:rPr>
              <w:t>taller/artesano)</w:t>
            </w:r>
          </w:p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Año inicio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Nº miembros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Contacto</w:t>
            </w:r>
          </w:p>
        </w:tc>
      </w:tr>
      <w:tr w:rsidR="00702565" w:rsidTr="002E439D"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2562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</w:tr>
      <w:tr w:rsidR="00127BF9" w:rsidTr="002E439D"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2562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</w:tr>
      <w:tr w:rsidR="00127BF9" w:rsidTr="002E439D"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2562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</w:tr>
      <w:tr w:rsidR="00702565" w:rsidTr="002E439D"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2562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</w:tr>
      <w:tr w:rsidR="00702565" w:rsidTr="002E439D"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2562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</w:tr>
      <w:tr w:rsidR="002E439D" w:rsidTr="002E439D"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2562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2E439D" w:rsidRDefault="002E439D"/>
        </w:tc>
      </w:tr>
    </w:tbl>
    <w:p w:rsidR="00640717" w:rsidRDefault="00000000">
      <w:pPr>
        <w:pStyle w:val="Ttulo2"/>
      </w:pPr>
      <w:r>
        <w:lastRenderedPageBreak/>
        <w:t>Bloque 5. Patrimonio material y documentación</w:t>
      </w:r>
    </w:p>
    <w:p w:rsidR="00640717" w:rsidRDefault="00000000">
      <w:r>
        <w:t>¿Existen en su municipio museos, centros de interpretación, archivos o colecciones relacionadas con el folclore (en sentido amplio)?</w:t>
      </w:r>
    </w:p>
    <w:p w:rsidR="00640717" w:rsidRDefault="00000000">
      <w:r>
        <w:t>( ) Sí   ( ) No</w:t>
      </w:r>
    </w:p>
    <w:p w:rsidR="00640717" w:rsidRDefault="00000000">
      <w:r>
        <w:t>Si la respuesta es SÍ, complete la siguiente tabla: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94"/>
        <w:gridCol w:w="3000"/>
        <w:gridCol w:w="1902"/>
        <w:gridCol w:w="1960"/>
      </w:tblGrid>
      <w:tr w:rsidR="00640717" w:rsidRPr="002E439D" w:rsidTr="00127BF9">
        <w:tc>
          <w:tcPr>
            <w:tcW w:w="1994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 xml:space="preserve">Nombre </w:t>
            </w:r>
            <w:proofErr w:type="spellStart"/>
            <w:r w:rsidRPr="002E439D">
              <w:rPr>
                <w:b/>
                <w:bCs/>
              </w:rPr>
              <w:t>institución</w:t>
            </w:r>
            <w:proofErr w:type="spellEnd"/>
          </w:p>
        </w:tc>
        <w:tc>
          <w:tcPr>
            <w:tcW w:w="3000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Tipo (museo/archivo/colección)</w:t>
            </w:r>
          </w:p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Año inicio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Contacto</w:t>
            </w:r>
          </w:p>
        </w:tc>
      </w:tr>
      <w:tr w:rsidR="00702565" w:rsidTr="00127BF9">
        <w:tc>
          <w:tcPr>
            <w:tcW w:w="1994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300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</w:tr>
      <w:tr w:rsidR="00127BF9" w:rsidTr="00127BF9">
        <w:tc>
          <w:tcPr>
            <w:tcW w:w="1994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3000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127BF9" w:rsidRDefault="00127BF9"/>
        </w:tc>
      </w:tr>
      <w:tr w:rsidR="00702565" w:rsidTr="00127BF9">
        <w:tc>
          <w:tcPr>
            <w:tcW w:w="1994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300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</w:tr>
      <w:tr w:rsidR="00702565" w:rsidTr="00127BF9">
        <w:tc>
          <w:tcPr>
            <w:tcW w:w="1994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300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</w:tr>
    </w:tbl>
    <w:p w:rsidR="00640717" w:rsidRDefault="00000000">
      <w:pPr>
        <w:pStyle w:val="Ttulo2"/>
      </w:pPr>
      <w:r>
        <w:t>Bloque 6. Otras iniciativas culturales</w:t>
      </w:r>
    </w:p>
    <w:p w:rsidR="00640717" w:rsidRDefault="00000000">
      <w:r>
        <w:t>¿Organiza el ayuntamiento festivales, encuentros, rondas, certámenes u otras actividades vinculadas al folclore y la jota?</w:t>
      </w:r>
    </w:p>
    <w:p w:rsidR="00640717" w:rsidRDefault="00000000">
      <w:r>
        <w:t>( ) Sí   ( ) No</w:t>
      </w:r>
    </w:p>
    <w:p w:rsidR="00640717" w:rsidRDefault="00000000">
      <w:r>
        <w:t>Si la respuesta es SÍ, complete la siguiente tabla: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640717" w:rsidRPr="002E439D" w:rsidTr="00702565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Nombre/Descripción actividad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Periodicidad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640717" w:rsidRPr="002E439D" w:rsidRDefault="00000000">
            <w:pPr>
              <w:rPr>
                <w:b/>
                <w:bCs/>
              </w:rPr>
            </w:pPr>
            <w:r w:rsidRPr="002E439D">
              <w:rPr>
                <w:b/>
                <w:bCs/>
              </w:rPr>
              <w:t>Contacto/responsable</w:t>
            </w:r>
          </w:p>
        </w:tc>
      </w:tr>
      <w:tr w:rsidR="00702565" w:rsidTr="00702565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</w:tr>
      <w:tr w:rsidR="00702565" w:rsidTr="00702565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</w:tr>
      <w:tr w:rsidR="00702565" w:rsidTr="002E439D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702565" w:rsidRDefault="00702565"/>
        </w:tc>
      </w:tr>
      <w:tr w:rsidR="002E439D" w:rsidTr="00702565">
        <w:tc>
          <w:tcPr>
            <w:tcW w:w="2880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2880" w:type="dxa"/>
            <w:tcBorders>
              <w:top w:val="single" w:sz="4" w:space="0" w:color="auto"/>
            </w:tcBorders>
          </w:tcPr>
          <w:p w:rsidR="002E439D" w:rsidRDefault="002E439D"/>
        </w:tc>
        <w:tc>
          <w:tcPr>
            <w:tcW w:w="2880" w:type="dxa"/>
            <w:tcBorders>
              <w:top w:val="single" w:sz="4" w:space="0" w:color="auto"/>
            </w:tcBorders>
          </w:tcPr>
          <w:p w:rsidR="002E439D" w:rsidRDefault="002E439D"/>
        </w:tc>
      </w:tr>
    </w:tbl>
    <w:p w:rsidR="00640717" w:rsidRDefault="00000000">
      <w:pPr>
        <w:pStyle w:val="Ttulo2"/>
      </w:pPr>
      <w:r>
        <w:t>Bloque 7. Observaciones adicionales</w:t>
      </w:r>
    </w:p>
    <w:p w:rsidR="00640717" w:rsidRDefault="00000000">
      <w:r>
        <w:t>Espacio libre para añadir cualquier información complementaria:</w:t>
      </w:r>
    </w:p>
    <w:p w:rsidR="00640717" w:rsidRDefault="00000000" w:rsidP="002E439D">
      <w:pPr>
        <w:ind w:right="-7"/>
      </w:pPr>
      <w:r>
        <w:t>_________________________________________________________________</w:t>
      </w:r>
      <w:r w:rsidR="002E439D">
        <w:t>_______________________________</w:t>
      </w:r>
      <w:r>
        <w:t>_________</w:t>
      </w:r>
    </w:p>
    <w:p w:rsidR="00640717" w:rsidRDefault="00000000" w:rsidP="002E439D">
      <w:pPr>
        <w:ind w:right="-7"/>
      </w:pPr>
      <w:r>
        <w:t>______________________________________________________________________</w:t>
      </w:r>
      <w:r w:rsidR="002E439D">
        <w:t>_______________________________</w:t>
      </w:r>
      <w:r>
        <w:t>____</w:t>
      </w:r>
    </w:p>
    <w:p w:rsidR="00640717" w:rsidRDefault="00000000" w:rsidP="002E439D">
      <w:pPr>
        <w:ind w:right="-7"/>
      </w:pPr>
      <w:r>
        <w:t>____________________________________________________________________</w:t>
      </w:r>
      <w:r w:rsidR="002E439D">
        <w:t>_______________________________</w:t>
      </w:r>
      <w:r>
        <w:t>______</w:t>
      </w:r>
    </w:p>
    <w:sectPr w:rsidR="0064071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35751610">
    <w:abstractNumId w:val="8"/>
  </w:num>
  <w:num w:numId="2" w16cid:durableId="1823738375">
    <w:abstractNumId w:val="6"/>
  </w:num>
  <w:num w:numId="3" w16cid:durableId="1831217320">
    <w:abstractNumId w:val="5"/>
  </w:num>
  <w:num w:numId="4" w16cid:durableId="687488536">
    <w:abstractNumId w:val="4"/>
  </w:num>
  <w:num w:numId="5" w16cid:durableId="140469577">
    <w:abstractNumId w:val="7"/>
  </w:num>
  <w:num w:numId="6" w16cid:durableId="856508336">
    <w:abstractNumId w:val="3"/>
  </w:num>
  <w:num w:numId="7" w16cid:durableId="869491796">
    <w:abstractNumId w:val="2"/>
  </w:num>
  <w:num w:numId="8" w16cid:durableId="1373072784">
    <w:abstractNumId w:val="1"/>
  </w:num>
  <w:num w:numId="9" w16cid:durableId="464203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27BF9"/>
    <w:rsid w:val="0015074B"/>
    <w:rsid w:val="0029639D"/>
    <w:rsid w:val="002E439D"/>
    <w:rsid w:val="00326F90"/>
    <w:rsid w:val="00640717"/>
    <w:rsid w:val="00702565"/>
    <w:rsid w:val="00A23BC9"/>
    <w:rsid w:val="00AA1D8D"/>
    <w:rsid w:val="00B47730"/>
    <w:rsid w:val="00CA27C7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C104D12"/>
  <w14:defaultImageDpi w14:val="300"/>
  <w15:docId w15:val="{811AC545-A144-3E4A-A9F5-C15BB55BA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498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Office User</cp:lastModifiedBy>
  <cp:revision>5</cp:revision>
  <dcterms:created xsi:type="dcterms:W3CDTF">2013-12-23T23:15:00Z</dcterms:created>
  <dcterms:modified xsi:type="dcterms:W3CDTF">2025-09-16T22:39:00Z</dcterms:modified>
  <cp:category/>
</cp:coreProperties>
</file>